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9144000" cy="13144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436e391e11e42889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31445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